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יסודות הלשון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זיהוי של שורש ומשפחת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חלקי דיבר: שם עצם, שם תואר ופועל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לחזק שימוש נכון בסימני פיסוק, כינויי גוף וצורות יחיד-רבים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לסיים משפט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בכל המילים מופיעות האותיות כ-ת-ב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המילה 'יפה' היא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משתמשים בסימן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המילה 'ילדים' היא ברבים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'את' מחליפה שם של בת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נקודה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נקבה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רבים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(מילה שמציינת אדם, חיה, דבר או מקום)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(מילה שמתארת איך משהו נראה או מרגיש)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שמתארת פעולה או מצב)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(מילה שמחליפה שם של אדם, כמו אני או הוא)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(סימן שעוזר להבין את המשפט, כמו נקודה או פסיק)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הכלב הגדול ישן. (שם עצם: כלב, שם תואר: גדול)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לומד, תלמיד, לימוד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משימת 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זיהה שורש נכון ובנה מילים הגיוניות מאותו שורש, עם הסבר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אותיות שחוזרות במשפחת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תואר מתאר איך משהו נראה או מרגיש, למשל: גדול, יפה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סימן קריאה משמש להבעת רגש חזק או פקודה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הדף בסבב קצר שבו כל תלמיד אומר מילה אחת ושואלים מה חלק הדיבר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לעבוד על חלק ההתאמה בזוגות לפני המעבר למשימת הכתיבה הפתוחה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בשאלות הבסיסיות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עולם הלשון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יסודות הלשון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נחזור על כמה מהנושאים המרכזיים בלשון העברית: שורש ומשפחת מילים, חלקי דיבר, כינויי גוף, זכר ונקבה, יחיד ורבים וסימני פיסוק.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'מכתב'?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מהמילים הבאות היא שם תואר?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תפקידו של סימן השאלה?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לסיים משפט 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להפריד בין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לציין ציטוט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לסיים רשימה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מהמילים ברבים?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מהבאים הוא כינוי גוף?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גדול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השורש של 'לכתוב', 'מכתב' ו'כתבה' הוא אותו שורש - כתב.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'יפה' היא פועל.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הקריאה (!) משמש להבעת רגש חזק.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'ילדים' היא ביחיד.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'את' הוא כינוי גוף.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השורש של המילה 'ספר' ו'ספרייה'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'גדול' היא שם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משפט שמספר עובדה כותבים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'הם' הוא כינוי __________ ברבים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המילה 'ילדה' היא __________ ביחיד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המילה 'רצים' היא פועל ב__________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מילה שמתארת פעולה או מצב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שם תואר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סימן שעוזר להבין את המשפט, כמו נקודה או פסיק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מילה שמציינת אדם, חיה, דבר או מקום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כינוי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מילה שמתארת איך משהו נראה או מרגיש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סימן פיסוק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מילה שמחליפה שם של אדם, כמו אני או הוא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שיש בו שם עצם אחד ושם תואר אחד, וסמנו אותם.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שלוש מילים מאותה משפחת מילים כמו 'למד'.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משימת 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מילה אהובה עליכם, מצאו את השורש שלה ובנו ממנה משפחת מילים של שלוש מילים לפחות. הסבירו מה משותף לכל המילים.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שהיא שם תואר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משתמשים בסימן קריאה?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יסודות הלשון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