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יסודות הלשון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של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חלקי דיבר: שם עצם, שם תואר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שימוש נכון בסימני פיסוק, כינויי גוף וצורות יחיד-רבים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לסיים משפט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המילים מופיעות האותיות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'יפה' היא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משתמשים בסימן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המילה 'ילדים' היא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'את' מחליפה שם של 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(מילה שמציינת אדם, חיה, דבר או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(מילה שמתארת איך משהו נראה או 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(מילה שמתארת פעולה או 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שמחליפה שם של אדם, כמו אני או הוא)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(סימן שעוזר להבין את המשפט, כמו נקודה או פסיק)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הכלב הגדול ישן. (שם עצם: כלב, שם תואר: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לומד, תלמיד, לימוד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זיהה שורש נכון ובנה מילים הגיוניות מאותו שורש, עם הסבר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אותיות שחוזרות במשפחת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איך משהו נראה או מרגיש, למשל: גדול,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קריאה משמש להבעת רגש חזק או פקודה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בסבב קצר שבו כל תלמיד אומר מילה אחת ושואלים מה חלק הדיבר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בזוגות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יסודות הלשון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כמה דברים חשובים בעברית: שורש, סוגי מילים, וסימנים במשפט.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שחוזרות בכל מילות המשפחה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בהן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 או מצב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אדם, כמו אני, אתה, 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 ורבים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דברים יש - אחד או יותר מאחד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שעוזרים להבין משפט, כמו נקודה ופסיק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מתארת איך משהו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שמים סימן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להפריד בין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לציין ציטוט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יותר מאחד?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מחליפה שם של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'לכתוב', 'מכתב' ו'כתבה' הוא אותו שורש - כתב.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'יפה' היא פועל.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הקריאה (!) משמש להבעת רגש חזק.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'ילדים' היא ביחיד.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'את' הוא כינוי גוף.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'ספר' ו'ספרייה'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'גדול' היא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משפט שמספר עובדה כותבים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'הם' הוא כינוי __________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'ילדה' היא __________ ביחיד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המילה 'רצים' היא פועל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שמתארת פעולה או 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שמציינת אדם, חיה, דבר או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שמחליפה שם של אדם, כמו אני או הוא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שעוזר להבין את המשפט, כמו נקודה או פסיק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סימן פיסוק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שמתארת איך משהו נראה או 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שיש בו שם עצם אחד ושם תואר אחד, וסמנו אותם.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מאותה משפחת מילים כמו 'למד'.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אהובה עליכם, מצאו את השורש שלה ובנו ממנה משפחת מילים של שלוש מילים לפחות. הסבירו מה משותף לכל המילים.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שהיא 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בסימן 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יסודות הלשון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