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יסודות הלשון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של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חלקי דיבר: שם עצם, שם תואר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שימוש נכון בסימני פיסוק, כינויי גוף וצורות יחיד-רבים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המילים מופיעות האותיות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'יפה' היא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(מילה שמציינת אדם, חיה, דבר או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(מילה שמתארת איך משהו נראה או 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 שמתארת פעולה או 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שמחליפה שם של אדם, כמו אני או הוא)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הכלב הגדול ישן. (שם עצם: כלב, שם תואר: גדול)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אותיות שחוזרות במשפחת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איך משהו נראה או מרגיש, למשל: גדול,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קריאה משמש להבעת רגש חזק או פקודה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בסבב קצר שבו כל תלמיד אומר מילה אחת ושואלים מה חלק הדיבר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בזוגות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יסודות הלשון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נחזור על כמה מהנושאים המרכזיים בלשון העברית: שורש ומשפחת מילים, חלקי דיבר, כינויי גוף, זכר ונקבה, יחיד ורבים וסימני פיסוק.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ספר  ·  תואר  ·  נקודה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'מכתב'?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 של 'לכתוב', 'מכתב' ו'כתבה' הוא אותו שורש - כתב.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'יפה' היא פועל.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'ספר' ו'ספרייה'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'גדול' היא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בסוף משפט שמספר עובדה כותבים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מילה שמחליפה שם של אדם, כמו אני או הוא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שמציינת אדם, חיה, דבר או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שמתארת איך משהו נראה או 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מילה שמתארת פעולה או מצב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שיש בו שם עצם אחד ושם תואר אחד, וסמנו אותם.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שהיא 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יסודות הלשון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